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Arial" w:hAnsi="Arial"/>
          <w:b/>
          <w:color w:val="1B365D"/>
          <w:sz w:val="32"/>
        </w:rPr>
        <w:t>FEDERAL POLYTECHNIC EKOWE</w:t>
      </w:r>
    </w:p>
    <w:p>
      <w:pPr>
        <w:spacing w:after="80"/>
        <w:jc w:val="center"/>
      </w:pPr>
      <w:r>
        <w:rPr>
          <w:rFonts w:ascii="Arial" w:hAnsi="Arial"/>
          <w:b/>
          <w:color w:val="4A5568"/>
          <w:sz w:val="20"/>
        </w:rPr>
        <w:t>ACADEMIC &amp; ADMINISTRATIVE STAFF PROFILE TEMPLATE</w:t>
      </w:r>
    </w:p>
    <w:p>
      <w:pPr>
        <w:spacing w:before="320" w:after="120"/>
      </w:pPr>
      <w:r>
        <w:rPr>
          <w:rFonts w:ascii="Arial" w:hAnsi="Arial"/>
          <w:b/>
          <w:color w:val="1B365D"/>
          <w:sz w:val="22"/>
        </w:rPr>
        <w:t>PART A: BIODATA &amp; INSTITUTIONAL AFFILIATION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1B365D"/>
          <w:bottom w:val="single" w:sz="6" w:space="0" w:color="1B365D"/>
          <w:left w:val="single" w:sz="6" w:space="0" w:color="1B365D"/>
          <w:right w:val="single" w:sz="6" w:space="0" w:color="1B365D"/>
          <w:insideH w:val="single" w:sz="4" w:space="0" w:color="CBD5E0"/>
          <w:insideV w:val="single" w:sz="4" w:space="0" w:color="CBD5E0"/>
        </w:tblBorders>
      </w:tblPr>
      <w:tblGrid>
        <w:gridCol w:w="4968"/>
        <w:gridCol w:w="4968"/>
      </w:tblGrid>
      <w:tr>
        <w:tc>
          <w:tcPr>
            <w:tcW w:type="dxa" w:w="3168"/>
            <w:shd w:fill="F8FAFC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b/>
                <w:color w:val="1B365D"/>
                <w:sz w:val="19"/>
              </w:rPr>
              <w:t>Full Name (Surname First):</w:t>
            </w:r>
          </w:p>
        </w:tc>
        <w:tc>
          <w:tcPr>
            <w:tcW w:type="dxa" w:w="6768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9"/>
              </w:rPr>
              <w:t>[Enter Full Name]</w:t>
            </w:r>
          </w:p>
        </w:tc>
      </w:tr>
      <w:tr>
        <w:tc>
          <w:tcPr>
            <w:tcW w:type="dxa" w:w="3168"/>
            <w:shd w:fill="F8FAFC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b/>
                <w:color w:val="1B365D"/>
                <w:sz w:val="19"/>
              </w:rPr>
              <w:t>Staff ID / PF Number:</w:t>
            </w:r>
          </w:p>
        </w:tc>
        <w:tc>
          <w:tcPr>
            <w:tcW w:type="dxa" w:w="6768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9"/>
              </w:rPr>
              <w:t>[Enter Staff ID]</w:t>
            </w:r>
          </w:p>
        </w:tc>
      </w:tr>
      <w:tr>
        <w:tc>
          <w:tcPr>
            <w:tcW w:type="dxa" w:w="3168"/>
            <w:shd w:fill="F8FAFC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b/>
                <w:color w:val="1B365D"/>
                <w:sz w:val="19"/>
              </w:rPr>
              <w:t>Current Designation / Rank:</w:t>
            </w:r>
          </w:p>
        </w:tc>
        <w:tc>
          <w:tcPr>
            <w:tcW w:type="dxa" w:w="6768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9"/>
              </w:rPr>
              <w:t>[e.g., Senior Lecturer / Asst. Registrar]</w:t>
            </w:r>
          </w:p>
        </w:tc>
      </w:tr>
      <w:tr>
        <w:tc>
          <w:tcPr>
            <w:tcW w:type="dxa" w:w="3168"/>
            <w:shd w:fill="F8FAFC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b/>
                <w:color w:val="1B365D"/>
                <w:sz w:val="19"/>
              </w:rPr>
              <w:t>Department / Unit:</w:t>
            </w:r>
          </w:p>
        </w:tc>
        <w:tc>
          <w:tcPr>
            <w:tcW w:type="dxa" w:w="6768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9"/>
              </w:rPr>
              <w:t>[Enter Department]</w:t>
            </w:r>
          </w:p>
        </w:tc>
      </w:tr>
      <w:tr>
        <w:tc>
          <w:tcPr>
            <w:tcW w:type="dxa" w:w="3168"/>
            <w:shd w:fill="F8FAFC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b/>
                <w:color w:val="1B365D"/>
                <w:sz w:val="19"/>
              </w:rPr>
              <w:t>Faculty / School:</w:t>
            </w:r>
          </w:p>
        </w:tc>
        <w:tc>
          <w:tcPr>
            <w:tcW w:type="dxa" w:w="6768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9"/>
              </w:rPr>
              <w:t>[Enter Faculty/School]</w:t>
            </w:r>
          </w:p>
        </w:tc>
      </w:tr>
      <w:tr>
        <w:tc>
          <w:tcPr>
            <w:tcW w:type="dxa" w:w="3168"/>
            <w:shd w:fill="F8FAFC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b/>
                <w:color w:val="1B365D"/>
                <w:sz w:val="19"/>
              </w:rPr>
              <w:t>Date of First Appointment:</w:t>
            </w:r>
          </w:p>
        </w:tc>
        <w:tc>
          <w:tcPr>
            <w:tcW w:type="dxa" w:w="6768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9"/>
              </w:rPr>
              <w:t>[DD/MM/YYYY]</w:t>
            </w:r>
          </w:p>
        </w:tc>
      </w:tr>
    </w:tbl>
    <w:p>
      <w:pPr>
        <w:spacing w:before="320" w:after="120"/>
      </w:pPr>
      <w:r>
        <w:rPr>
          <w:rFonts w:ascii="Arial" w:hAnsi="Arial"/>
          <w:b/>
          <w:color w:val="1B365D"/>
          <w:sz w:val="22"/>
        </w:rPr>
        <w:t>PART B: CONTACT INFORMATION &amp; IDENTIFIERS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1B365D"/>
          <w:bottom w:val="single" w:sz="6" w:space="0" w:color="1B365D"/>
          <w:left w:val="single" w:sz="6" w:space="0" w:color="1B365D"/>
          <w:right w:val="single" w:sz="6" w:space="0" w:color="1B365D"/>
          <w:insideH w:val="single" w:sz="4" w:space="0" w:color="CBD5E0"/>
          <w:insideV w:val="single" w:sz="4" w:space="0" w:color="CBD5E0"/>
        </w:tblBorders>
      </w:tblPr>
      <w:tblGrid>
        <w:gridCol w:w="4968"/>
        <w:gridCol w:w="4968"/>
      </w:tblGrid>
      <w:tr>
        <w:tc>
          <w:tcPr>
            <w:tcW w:type="dxa" w:w="3168"/>
            <w:shd w:fill="F8FAFC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b/>
                <w:color w:val="1B365D"/>
                <w:sz w:val="19"/>
              </w:rPr>
              <w:t>Institutional Email:</w:t>
            </w:r>
          </w:p>
        </w:tc>
        <w:tc>
          <w:tcPr>
            <w:tcW w:type="dxa" w:w="6768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9"/>
              </w:rPr>
              <w:t>[username@ekowe.edu.ng]</w:t>
            </w:r>
          </w:p>
        </w:tc>
      </w:tr>
      <w:tr>
        <w:tc>
          <w:tcPr>
            <w:tcW w:type="dxa" w:w="3168"/>
            <w:shd w:fill="F8FAFC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b/>
                <w:color w:val="1B365D"/>
                <w:sz w:val="19"/>
              </w:rPr>
              <w:t>Phone Number:</w:t>
            </w:r>
          </w:p>
        </w:tc>
        <w:tc>
          <w:tcPr>
            <w:tcW w:type="dxa" w:w="6768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9"/>
              </w:rPr>
              <w:t>[+234 XXX XXX XXXX]</w:t>
            </w:r>
          </w:p>
        </w:tc>
      </w:tr>
      <w:tr>
        <w:tc>
          <w:tcPr>
            <w:tcW w:type="dxa" w:w="3168"/>
            <w:shd w:fill="F8FAFC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b/>
                <w:color w:val="1B365D"/>
                <w:sz w:val="19"/>
              </w:rPr>
              <w:t>Office Location:</w:t>
            </w:r>
          </w:p>
        </w:tc>
        <w:tc>
          <w:tcPr>
            <w:tcW w:type="dxa" w:w="6768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9"/>
              </w:rPr>
              <w:t>[Building/Room Number]</w:t>
            </w:r>
          </w:p>
        </w:tc>
      </w:tr>
      <w:tr>
        <w:tc>
          <w:tcPr>
            <w:tcW w:type="dxa" w:w="3168"/>
            <w:shd w:fill="F8FAFC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b/>
                <w:color w:val="1B365D"/>
                <w:sz w:val="19"/>
              </w:rPr>
              <w:t>ORCID iD:</w:t>
            </w:r>
          </w:p>
        </w:tc>
        <w:tc>
          <w:tcPr>
            <w:tcW w:type="dxa" w:w="6768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9"/>
              </w:rPr>
              <w:t>[0000-0000-0000-0000]</w:t>
            </w:r>
          </w:p>
        </w:tc>
      </w:tr>
    </w:tbl>
    <w:p>
      <w:pPr>
        <w:spacing w:before="320" w:after="120"/>
      </w:pPr>
      <w:r>
        <w:rPr>
          <w:rFonts w:ascii="Arial" w:hAnsi="Arial"/>
          <w:b/>
          <w:color w:val="1B365D"/>
          <w:sz w:val="22"/>
        </w:rPr>
        <w:t>PART C: PROFESSIONAL SUMMARY &amp; RESEARCH INTERESTS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1B365D"/>
          <w:bottom w:val="single" w:sz="6" w:space="0" w:color="1B365D"/>
          <w:left w:val="single" w:sz="6" w:space="0" w:color="1B365D"/>
          <w:right w:val="single" w:sz="6" w:space="0" w:color="1B365D"/>
          <w:insideH w:val="single" w:sz="4" w:space="0" w:color="CBD5E0"/>
          <w:insideV w:val="single" w:sz="4" w:space="0" w:color="CBD5E0"/>
        </w:tblBorders>
      </w:tblPr>
      <w:tblGrid>
        <w:gridCol w:w="9936"/>
      </w:tblGrid>
      <w:tr>
        <w:tc>
          <w:tcPr>
            <w:tcW w:type="dxa" w:w="9936"/>
            <w:shd w:fill="F8FAFC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b/>
                <w:color w:val="1B365D"/>
                <w:sz w:val="19"/>
              </w:rPr>
              <w:t>Brief Biography / Professional Overview</w:t>
            </w:r>
          </w:p>
        </w:tc>
      </w:tr>
      <w:tr>
        <w:tc>
          <w:tcPr>
            <w:tcW w:type="dxa" w:w="9936"/>
            <w:tcMar>
              <w:top w:w="120" w:type="dxa"/>
              <w:bottom w:w="40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8"/>
              </w:rPr>
              <w:t>[Type a 3-4 sentence professional summary here. Include educational background, key competencies, and overarching career goals.]</w:t>
            </w:r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1B365D"/>
          <w:bottom w:val="single" w:sz="6" w:space="0" w:color="1B365D"/>
          <w:left w:val="single" w:sz="6" w:space="0" w:color="1B365D"/>
          <w:right w:val="single" w:sz="6" w:space="0" w:color="1B365D"/>
          <w:insideH w:val="single" w:sz="4" w:space="0" w:color="CBD5E0"/>
          <w:insideV w:val="single" w:sz="4" w:space="0" w:color="CBD5E0"/>
        </w:tblBorders>
      </w:tblPr>
      <w:tblGrid>
        <w:gridCol w:w="9936"/>
      </w:tblGrid>
      <w:tr>
        <w:tc>
          <w:tcPr>
            <w:tcW w:type="dxa" w:w="9936"/>
            <w:shd w:fill="F8FAFC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b/>
                <w:color w:val="1B365D"/>
                <w:sz w:val="19"/>
              </w:rPr>
              <w:t>Core Research / Technical Interests (Bullet Points)</w:t>
            </w:r>
          </w:p>
        </w:tc>
      </w:tr>
      <w:tr>
        <w:tc>
          <w:tcPr>
            <w:tcW w:type="dxa" w:w="9936"/>
            <w:tcMar>
              <w:top w:w="120" w:type="dxa"/>
              <w:bottom w:w="200" w:type="dxa"/>
              <w:left w:w="120" w:type="dxa"/>
              <w:right w:w="120" w:type="dxa"/>
            </w:tcMar>
          </w:tcPr>
          <w:p>
            <w:pPr>
              <w:spacing w:after="80"/>
              <w:ind w:left="360"/>
            </w:pPr>
            <w:r>
              <w:rPr>
                <w:rFonts w:ascii="Arial" w:hAnsi="Arial"/>
                <w:i/>
                <w:color w:val="4A5568"/>
                <w:sz w:val="18"/>
              </w:rPr>
              <w:t>• [Interest/Domain Area 1]</w:t>
            </w:r>
          </w:p>
          <w:p>
            <w:pPr>
              <w:spacing w:after="80"/>
              <w:ind w:left="360"/>
            </w:pPr>
            <w:r>
              <w:rPr>
                <w:rFonts w:ascii="Arial" w:hAnsi="Arial"/>
                <w:i/>
                <w:color w:val="4A5568"/>
                <w:sz w:val="18"/>
              </w:rPr>
              <w:t>• [Interest/Domain Area 2]</w:t>
            </w:r>
          </w:p>
          <w:p>
            <w:pPr>
              <w:spacing w:after="80"/>
              <w:ind w:left="360"/>
            </w:pPr>
            <w:r>
              <w:rPr>
                <w:rFonts w:ascii="Arial" w:hAnsi="Arial"/>
                <w:i/>
                <w:color w:val="4A5568"/>
                <w:sz w:val="18"/>
              </w:rPr>
              <w:t>• [Interest/Domain Area 3]</w:t>
            </w:r>
          </w:p>
        </w:tc>
      </w:tr>
    </w:tbl>
    <w:p>
      <w:pPr>
        <w:spacing w:before="320" w:after="120"/>
      </w:pPr>
      <w:r>
        <w:rPr>
          <w:rFonts w:ascii="Arial" w:hAnsi="Arial"/>
          <w:b/>
          <w:color w:val="1B365D"/>
          <w:sz w:val="22"/>
        </w:rPr>
        <w:t>PART D: SELECTED PUBLICATIONS / MAJOR PROJECTS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1B365D"/>
          <w:bottom w:val="single" w:sz="6" w:space="0" w:color="1B365D"/>
          <w:left w:val="single" w:sz="6" w:space="0" w:color="1B365D"/>
          <w:right w:val="single" w:sz="6" w:space="0" w:color="1B365D"/>
          <w:insideH w:val="single" w:sz="4" w:space="0" w:color="CBD5E0"/>
          <w:insideV w:val="single" w:sz="4" w:space="0" w:color="CBD5E0"/>
        </w:tblBorders>
      </w:tblPr>
      <w:tblGrid>
        <w:gridCol w:w="3312"/>
        <w:gridCol w:w="3312"/>
        <w:gridCol w:w="3312"/>
      </w:tblGrid>
      <w:tr>
        <w:tc>
          <w:tcPr>
            <w:tcW w:type="dxa" w:w="864"/>
            <w:shd w:fill="1B365D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S/N</w:t>
            </w:r>
          </w:p>
        </w:tc>
        <w:tc>
          <w:tcPr>
            <w:tcW w:type="dxa" w:w="5760"/>
            <w:shd w:fill="1B365D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Title of Publication / Project</w:t>
            </w:r>
          </w:p>
        </w:tc>
        <w:tc>
          <w:tcPr>
            <w:tcW w:type="dxa" w:w="3312"/>
            <w:shd w:fill="1B365D"/>
            <w:tcMar>
              <w:top w:w="80" w:type="dxa"/>
              <w:bottom w:w="80" w:type="dxa"/>
              <w:left w:w="120" w:type="dxa"/>
              <w:right w:w="120" w:type="dxa"/>
            </w:tcMar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Year / Journal / Role</w:t>
            </w:r>
          </w:p>
        </w:tc>
      </w:tr>
      <w:tr>
        <w:tc>
          <w:tcPr>
            <w:tcW w:type="dxa" w:w="864"/>
            <w:tcMar>
              <w:top w:w="120" w:type="dxa"/>
              <w:bottom w:w="120" w:type="dxa"/>
              <w:left w:w="120" w:type="dxa"/>
              <w:right w:w="120" w:type="dxa"/>
            </w:tcMar>
          </w:tcPr>
          <w:p>
            <w:pPr>
              <w:jc w:val="center"/>
            </w:pPr>
            <w:r>
              <w:rPr>
                <w:rFonts w:ascii="Arial" w:hAnsi="Arial"/>
                <w:i w:val="0"/>
                <w:color w:val="4A5568"/>
                <w:sz w:val="18"/>
              </w:rPr>
              <w:t>1</w:t>
            </w:r>
          </w:p>
        </w:tc>
        <w:tc>
          <w:tcPr>
            <w:tcW w:type="dxa" w:w="5760"/>
            <w:tcMar>
              <w:top w:w="120" w:type="dxa"/>
              <w:bottom w:w="12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8"/>
              </w:rPr>
              <w:t>[Enter Details]</w:t>
            </w:r>
          </w:p>
        </w:tc>
        <w:tc>
          <w:tcPr>
            <w:tcW w:type="dxa" w:w="3312"/>
            <w:tcMar>
              <w:top w:w="120" w:type="dxa"/>
              <w:bottom w:w="12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8"/>
              </w:rPr>
              <w:t>[Enter Details]</w:t>
            </w:r>
          </w:p>
        </w:tc>
      </w:tr>
      <w:tr>
        <w:tc>
          <w:tcPr>
            <w:tcW w:type="dxa" w:w="864"/>
            <w:tcMar>
              <w:top w:w="120" w:type="dxa"/>
              <w:bottom w:w="120" w:type="dxa"/>
              <w:left w:w="120" w:type="dxa"/>
              <w:right w:w="120" w:type="dxa"/>
            </w:tcMar>
          </w:tcPr>
          <w:p>
            <w:pPr>
              <w:jc w:val="center"/>
            </w:pPr>
            <w:r>
              <w:rPr>
                <w:rFonts w:ascii="Arial" w:hAnsi="Arial"/>
                <w:i w:val="0"/>
                <w:color w:val="4A5568"/>
                <w:sz w:val="18"/>
              </w:rPr>
              <w:t>2</w:t>
            </w:r>
          </w:p>
        </w:tc>
        <w:tc>
          <w:tcPr>
            <w:tcW w:type="dxa" w:w="5760"/>
            <w:tcMar>
              <w:top w:w="120" w:type="dxa"/>
              <w:bottom w:w="12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8"/>
              </w:rPr>
              <w:t>[Enter Details]</w:t>
            </w:r>
          </w:p>
        </w:tc>
        <w:tc>
          <w:tcPr>
            <w:tcW w:type="dxa" w:w="3312"/>
            <w:tcMar>
              <w:top w:w="120" w:type="dxa"/>
              <w:bottom w:w="12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8"/>
              </w:rPr>
              <w:t>[Enter Details]</w:t>
            </w:r>
          </w:p>
        </w:tc>
      </w:tr>
      <w:tr>
        <w:tc>
          <w:tcPr>
            <w:tcW w:type="dxa" w:w="864"/>
            <w:tcMar>
              <w:top w:w="120" w:type="dxa"/>
              <w:bottom w:w="120" w:type="dxa"/>
              <w:left w:w="120" w:type="dxa"/>
              <w:right w:w="120" w:type="dxa"/>
            </w:tcMar>
          </w:tcPr>
          <w:p>
            <w:pPr>
              <w:jc w:val="center"/>
            </w:pPr>
            <w:r>
              <w:rPr>
                <w:rFonts w:ascii="Arial" w:hAnsi="Arial"/>
                <w:i w:val="0"/>
                <w:color w:val="4A5568"/>
                <w:sz w:val="18"/>
              </w:rPr>
              <w:t>3</w:t>
            </w:r>
          </w:p>
        </w:tc>
        <w:tc>
          <w:tcPr>
            <w:tcW w:type="dxa" w:w="5760"/>
            <w:tcMar>
              <w:top w:w="120" w:type="dxa"/>
              <w:bottom w:w="12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8"/>
              </w:rPr>
              <w:t>[Enter Details]</w:t>
            </w:r>
          </w:p>
        </w:tc>
        <w:tc>
          <w:tcPr>
            <w:tcW w:type="dxa" w:w="3312"/>
            <w:tcMar>
              <w:top w:w="120" w:type="dxa"/>
              <w:bottom w:w="120" w:type="dxa"/>
              <w:left w:w="120" w:type="dxa"/>
              <w:right w:w="120" w:type="dxa"/>
            </w:tcMar>
          </w:tcPr>
          <w:p>
            <w:r>
              <w:rPr>
                <w:rFonts w:ascii="Arial" w:hAnsi="Arial"/>
                <w:i/>
                <w:color w:val="4A5568"/>
                <w:sz w:val="18"/>
              </w:rPr>
              <w:t>[Enter Details]</w:t>
            </w:r>
          </w:p>
        </w:tc>
      </w:tr>
    </w:tbl>
    <w:p>
      <w:pPr>
        <w:spacing w:before="600"/>
      </w:pPr>
      <w:r>
        <w:rPr>
          <w:color w:val="1B365D"/>
        </w:rPr>
        <w:t>_______________________________</w:t>
        <w:br/>
      </w:r>
      <w:r>
        <w:rPr>
          <w:rFonts w:ascii="Arial" w:hAnsi="Arial"/>
          <w:b/>
          <w:color w:val="1B365D"/>
          <w:sz w:val="19"/>
        </w:rPr>
        <w:t>Signature &amp; Date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